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המבצע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 הנחה ומחיר אחרי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מחיר ליחידה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קבלה ותכנון תקציב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80 ש"ח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להשוות בין מוצרים בגדלים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פירוט המוצרים והסכום ששולם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זה 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מה באמת משתלם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לבדוק מיד בחנות כדי לתקן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תקציב עוזר לא להוציא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אחוז הנחה גבוה מוריד יותר מהמחיר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(כמה כסף יורד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(מחיר לגרם או למיליליטר אחד, עוזר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(מסמך שמפרט מה קנינו ובכמה שילמנו)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(סכום כסף שמתכננים מראש להוציא)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(הצעה זמנית למחיר מוזל)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לבדיקת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מה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כמה אחוז הנחה 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את המחיר ליחידה מול מוצר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בקבלה שהמחיר שחויב תואם למבצע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מחשבים 30% מ-60 (שזה 18), ומחסירים: 60-18=42 ש"ח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הגיונית של שני מוצרים או יותר, סכום כולל שלא עובר 100 ש"ח, ציון מחיר ליחידה לכל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 ליחידה עוזר להשוות בין מוצרים בגדלים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מחסירים את האחוז מהמחיר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שהמחירים בקבלה תואמים למה שקנינו ולמבצעים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בזוגות לפני כניסה לחדר הבריחה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דוגמת קבלה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המבצע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הנחות, מחיר ליחידה, קבלה ותקציב. זה עוזר לקנות בחוכמה.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במחיר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להראות חלק ממאה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לגרם או למיליליטר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מה קנינו ובכמה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כסף שמתכננים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זמנית למחיר נמוך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מקורי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לפני ההנחה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שנשאר אצלנו כשלא מוציאים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החולצה אחרי הנחה של 20%?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אחוזים זה רבע?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הנחה קיבל המוצר?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טוב מחיר ליחידה?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את תאריך התפוגה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בין מוצרים בגדלים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את המע"מ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את שם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כתוב בקבלה?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פירוט המוצרים והסכום ששולם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הבית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הטלפון של הקופאית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50% אומרת שהמחיר יורד בחצי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אריזות בגדלים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את הקבלה רק אחרי שבוע מהקנייה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הוא תכנון מראש כמה כסף אפשר להוציא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שאחוז ההנחה גבוה יותר, המחיר הסופי גבוה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יש __________ על מוצר, המחיר שלו יורד לזמן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מראה כמה כסף שילמנו בפועל על כל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להשוות בין שתי אריזות בגדלים שונים כדאי לבדוק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תכנון מראש של כמה כסף אפשר להוציא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הנחה של 100 אחוז מהמחיר אומרת שהמוצר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אחוז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כסף שמתכננים מראש להוציא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שמפרט מה קנינו ובכמה שילמנו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כסף יורד מהמחיר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הצעה זמנית למחיר מוזל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מחיר לגרם או למיליליטר אחד, עוזר להשוות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לבדיקת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בקבלה שהמחיר שחויב תואם למבצע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את המחיר ליחידה מול מוצר דומה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כמה אחוז הנחה מוצע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מה המחיר המקורי של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מחשבים את המחיר אחרי הנחה של 30% על מוצר שעולה 60 ש"ח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תוכנית קניה לתקציב של 100 ש"ח לקניית מתנה ליום הולדת. כללו לפחות שני מוצרים ואת המחיר ליחידה של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מחיר ליחידה ולמה הוא שימושי?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מחיר אחרי הנחה של 10%?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בקבלה אחרי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המבצע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