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המבצע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אחוזי הנחה ומחיר אחרי 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מחיר ליחידה ולמה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קבלה ותכנון תקציב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80 ש"ח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25%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זה חצי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רואים מה באמת משתלם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(כמה כסף יורד מהמחיר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(מחיר לגרם או למיליליטר אחד, עוזר להשוות)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(מסמך שמפרט מה קנינו ובכמה שילמנו)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לבדיקת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מה המחיר המקורי של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 כמה אחוז הנחה 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את המחיר ליחידה מול מוצר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מחשבים 30% מ-60 (שזה 18), ומחסירים: 60-18=42 ש"ח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מחיר ליחידה עוזר להשוות בין מוצרים בגדלים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מחסירים את האחוז מהמחיר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שהמחירים בקבלה תואמים למה שקנינו ולמבצעים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בזוגות לפני כניסה לחדר הבריחה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דוגמת קבלה אמיתית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המבצע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בחדר הבריחה 'סוד המבצע' פותרים ארבע תחנות הקשורות לקניות חכמות: אחוזים, מחיר ליחידה, קבלה ותקציב. בדף הזה נתרגל את הנושאים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מבצע  ·  קבלה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חולצה שמחירה המקורי 100 ש"ח ויש עליה הנחה של 20%, כמה תעלה אחרי ההנחה?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80 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 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120 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אחוז מתאר הנחה של רבע מהמחיר?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75%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הנחה של 50% אומרת שהמחיר יורד בחצי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מחיר ליחידה עוזר להשוות בין אריזות בגדלים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יש __________ על מוצר, המחיר שלו יורד לזמן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מראה כמה כסף שילמנו בפועל על כל מוצר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אחוז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מחיר לגרם או למיליליטר אחד, עוזר להשוות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מסמך שמפרט מה קנינו ובכמה שילמנו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כמה כסף יורד מהמחיר המקורי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לבדיקת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השוו את המחיר ליחידה מול מוצר דומה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מה המחיר המקורי של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חשבו כמה אחוז הנחה מוצע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מחשבים את המחיר אחרי הנחה של 30% על מוצר שעולה 60 ש"ח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מחיר ליחידה ולמה הוא שימושי?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מחשבים מחיר אחרי הנחה של 10%?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המבצע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